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11FA" w14:textId="77777777" w:rsidR="00AA1A02" w:rsidRDefault="00000000">
      <w:pPr>
        <w:spacing w:after="40"/>
      </w:pPr>
      <w:r>
        <w:rPr>
          <w:noProof/>
        </w:rPr>
        <w:drawing>
          <wp:inline distT="0" distB="0" distL="0" distR="0" wp14:anchorId="387A8947" wp14:editId="4FF142C8">
            <wp:extent cx="3671999" cy="5245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1999" cy="52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AA1A02" w14:paraId="702AB86D" w14:textId="77777777">
        <w:tc>
          <w:tcPr>
            <w:tcW w:w="10426" w:type="dxa"/>
            <w:shd w:val="clear" w:color="auto" w:fill="E30613"/>
            <w:tcMar>
              <w:top w:w="8" w:type="dxa"/>
              <w:left w:w="0" w:type="dxa"/>
              <w:bottom w:w="8" w:type="dxa"/>
              <w:right w:w="0" w:type="dxa"/>
            </w:tcMar>
          </w:tcPr>
          <w:p w14:paraId="23D65294" w14:textId="77777777" w:rsidR="00AA1A02" w:rsidRDefault="00AA1A02"/>
        </w:tc>
      </w:tr>
    </w:tbl>
    <w:p w14:paraId="31F2246F" w14:textId="77777777" w:rsidR="00AA1A02" w:rsidRDefault="00000000">
      <w:pPr>
        <w:spacing w:before="80" w:after="40"/>
        <w:jc w:val="center"/>
      </w:pPr>
      <w:r>
        <w:rPr>
          <w:b/>
          <w:color w:val="222222"/>
          <w:sz w:val="30"/>
        </w:rPr>
        <w:t>REKLAMAČNÝ FORMULÁR</w:t>
      </w:r>
    </w:p>
    <w:p w14:paraId="316C9350" w14:textId="77777777" w:rsidR="00AA1A02" w:rsidRDefault="00000000">
      <w:pPr>
        <w:spacing w:after="120"/>
        <w:jc w:val="center"/>
      </w:pPr>
      <w:r>
        <w:rPr>
          <w:b/>
          <w:color w:val="E30613"/>
          <w:sz w:val="20"/>
        </w:rPr>
        <w:t>Potvrdenie o uplatnení reklamácie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AA1A02" w14:paraId="43641F42" w14:textId="77777777">
        <w:trPr>
          <w:jc w:val="center"/>
        </w:trPr>
        <w:tc>
          <w:tcPr>
            <w:tcW w:w="10426" w:type="dxa"/>
            <w:shd w:val="clear" w:color="auto" w:fill="E3061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5C2780" w14:textId="77777777" w:rsidR="00AA1A02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A. INFORMÁCIE O PREDÁVAJÚCOM</w:t>
            </w:r>
          </w:p>
        </w:tc>
      </w:tr>
    </w:tbl>
    <w:p w14:paraId="731004EF" w14:textId="77777777" w:rsidR="00AA1A02" w:rsidRDefault="00AA1A02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3"/>
        <w:gridCol w:w="5263"/>
      </w:tblGrid>
      <w:tr w:rsidR="00AA1A02" w14:paraId="43CBA2B5" w14:textId="77777777" w:rsidTr="00C22057">
        <w:trPr>
          <w:trHeight w:val="408"/>
          <w:jc w:val="center"/>
        </w:trPr>
        <w:tc>
          <w:tcPr>
            <w:tcW w:w="526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9A3C7C" w14:textId="77777777" w:rsidR="00AA1A02" w:rsidRDefault="00000000">
            <w:r>
              <w:rPr>
                <w:b/>
                <w:sz w:val="18"/>
              </w:rPr>
              <w:t>Predávajúci:</w:t>
            </w:r>
          </w:p>
        </w:tc>
        <w:tc>
          <w:tcPr>
            <w:tcW w:w="526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0F3E08" w14:textId="77777777" w:rsidR="00AA1A02" w:rsidRDefault="00000000">
            <w:r>
              <w:rPr>
                <w:sz w:val="18"/>
              </w:rPr>
              <w:t>CANIS SAFETY, a.s.</w:t>
            </w:r>
          </w:p>
        </w:tc>
      </w:tr>
      <w:tr w:rsidR="00AA1A02" w14:paraId="59B80C85" w14:textId="77777777" w:rsidTr="00C22057">
        <w:trPr>
          <w:trHeight w:val="408"/>
          <w:jc w:val="center"/>
        </w:trPr>
        <w:tc>
          <w:tcPr>
            <w:tcW w:w="526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2DBF82" w14:textId="77777777" w:rsidR="00AA1A02" w:rsidRDefault="00000000">
            <w:r>
              <w:rPr>
                <w:b/>
                <w:sz w:val="18"/>
              </w:rPr>
              <w:t>IČO:</w:t>
            </w:r>
          </w:p>
        </w:tc>
        <w:tc>
          <w:tcPr>
            <w:tcW w:w="526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18E28D" w14:textId="77777777" w:rsidR="00AA1A02" w:rsidRDefault="00000000">
            <w:r>
              <w:rPr>
                <w:sz w:val="18"/>
              </w:rPr>
              <w:t>26816121</w:t>
            </w:r>
          </w:p>
        </w:tc>
      </w:tr>
    </w:tbl>
    <w:p w14:paraId="36B91947" w14:textId="77777777" w:rsidR="00C22057" w:rsidRDefault="00C22057" w:rsidP="00C22057">
      <w:pPr>
        <w:spacing w:after="40" w:line="360" w:lineRule="auto"/>
        <w:rPr>
          <w:b/>
          <w:sz w:val="18"/>
        </w:rPr>
      </w:pPr>
    </w:p>
    <w:p w14:paraId="04C5273B" w14:textId="3A02A387" w:rsidR="00AA1A02" w:rsidRDefault="00000000" w:rsidP="00C22057">
      <w:pPr>
        <w:spacing w:after="40" w:line="360" w:lineRule="auto"/>
      </w:pPr>
      <w:proofErr w:type="spellStart"/>
      <w:r>
        <w:rPr>
          <w:b/>
          <w:sz w:val="18"/>
        </w:rPr>
        <w:t>Sídlo</w:t>
      </w:r>
      <w:proofErr w:type="spellEnd"/>
      <w:r>
        <w:rPr>
          <w:b/>
          <w:sz w:val="18"/>
        </w:rPr>
        <w:t xml:space="preserve"> / </w:t>
      </w:r>
      <w:proofErr w:type="spellStart"/>
      <w:r>
        <w:rPr>
          <w:b/>
          <w:sz w:val="18"/>
        </w:rPr>
        <w:t>adresa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prevádzky</w:t>
      </w:r>
      <w:proofErr w:type="spellEnd"/>
      <w:r>
        <w:rPr>
          <w:b/>
          <w:sz w:val="18"/>
        </w:rPr>
        <w:t xml:space="preserve">: </w:t>
      </w:r>
      <w:r>
        <w:rPr>
          <w:sz w:val="18"/>
        </w:rPr>
        <w:t>______________________________________________</w:t>
      </w:r>
    </w:p>
    <w:p w14:paraId="1A7EBEE7" w14:textId="12485134" w:rsidR="00AA1A02" w:rsidRDefault="00000000" w:rsidP="00C22057">
      <w:pPr>
        <w:spacing w:after="80" w:line="360" w:lineRule="auto"/>
      </w:pPr>
      <w:proofErr w:type="spellStart"/>
      <w:r>
        <w:rPr>
          <w:b/>
          <w:sz w:val="18"/>
        </w:rPr>
        <w:t>Kontakt</w:t>
      </w:r>
      <w:proofErr w:type="spellEnd"/>
      <w:r>
        <w:rPr>
          <w:b/>
          <w:sz w:val="18"/>
        </w:rPr>
        <w:t xml:space="preserve"> (e-mail, </w:t>
      </w:r>
      <w:proofErr w:type="spellStart"/>
      <w:r>
        <w:rPr>
          <w:b/>
          <w:sz w:val="18"/>
        </w:rPr>
        <w:t>telefón</w:t>
      </w:r>
      <w:proofErr w:type="spellEnd"/>
      <w:r>
        <w:rPr>
          <w:b/>
          <w:sz w:val="18"/>
        </w:rPr>
        <w:t xml:space="preserve">): </w:t>
      </w:r>
      <w:r>
        <w:rPr>
          <w:sz w:val="18"/>
        </w:rPr>
        <w:t>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AA1A02" w14:paraId="267708B2" w14:textId="77777777">
        <w:trPr>
          <w:jc w:val="center"/>
        </w:trPr>
        <w:tc>
          <w:tcPr>
            <w:tcW w:w="10426" w:type="dxa"/>
            <w:shd w:val="clear" w:color="auto" w:fill="E3061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6E6DCD" w14:textId="77777777" w:rsidR="00AA1A02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B. ÚDAJE ZÁKAZNÍKA</w:t>
            </w:r>
          </w:p>
        </w:tc>
      </w:tr>
    </w:tbl>
    <w:p w14:paraId="3F95697C" w14:textId="77777777" w:rsidR="00AA1A02" w:rsidRDefault="00AA1A02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AA1A02" w14:paraId="15C72E8A" w14:textId="77777777">
        <w:trPr>
          <w:jc w:val="center"/>
        </w:trPr>
        <w:tc>
          <w:tcPr>
            <w:tcW w:w="5213" w:type="dxa"/>
            <w:tcBorders>
              <w:bottom w:val="single" w:sz="4" w:space="0" w:color="D9D9D9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1FC8533" w14:textId="5A7328F2" w:rsidR="00AA1A02" w:rsidRDefault="00000000">
            <w:r>
              <w:rPr>
                <w:b/>
                <w:sz w:val="18"/>
              </w:rPr>
              <w:t>Meno a priezvisko:</w:t>
            </w:r>
            <w:r>
              <w:br/>
            </w:r>
          </w:p>
        </w:tc>
        <w:tc>
          <w:tcPr>
            <w:tcW w:w="5213" w:type="dxa"/>
            <w:tcBorders>
              <w:bottom w:val="single" w:sz="4" w:space="0" w:color="D9D9D9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2F8ED67C" w14:textId="0EF6ADB3" w:rsidR="00AA1A02" w:rsidRDefault="00000000">
            <w:r>
              <w:rPr>
                <w:b/>
                <w:sz w:val="18"/>
              </w:rPr>
              <w:t>Telefónne číslo:</w:t>
            </w:r>
            <w:r>
              <w:br/>
            </w:r>
          </w:p>
        </w:tc>
      </w:tr>
      <w:tr w:rsidR="00AA1A02" w14:paraId="49CA587F" w14:textId="77777777">
        <w:trPr>
          <w:jc w:val="center"/>
        </w:trPr>
        <w:tc>
          <w:tcPr>
            <w:tcW w:w="5213" w:type="dxa"/>
            <w:tcBorders>
              <w:bottom w:val="single" w:sz="4" w:space="0" w:color="D9D9D9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5510F4B" w14:textId="470306D2" w:rsidR="00AA1A02" w:rsidRDefault="00000000">
            <w:r>
              <w:rPr>
                <w:b/>
                <w:sz w:val="18"/>
              </w:rPr>
              <w:t>Adresa:</w:t>
            </w:r>
            <w:r>
              <w:br/>
            </w:r>
          </w:p>
        </w:tc>
        <w:tc>
          <w:tcPr>
            <w:tcW w:w="5213" w:type="dxa"/>
            <w:tcBorders>
              <w:bottom w:val="single" w:sz="4" w:space="0" w:color="D9D9D9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61C47BB2" w14:textId="28726114" w:rsidR="00AA1A02" w:rsidRDefault="00000000">
            <w:r>
              <w:rPr>
                <w:b/>
                <w:sz w:val="18"/>
              </w:rPr>
              <w:t>E-mailová adresa:</w:t>
            </w:r>
            <w:r>
              <w:br/>
            </w:r>
          </w:p>
        </w:tc>
      </w:tr>
    </w:tbl>
    <w:p w14:paraId="72B1CB23" w14:textId="77777777" w:rsidR="00AA1A02" w:rsidRDefault="00AA1A02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AA1A02" w14:paraId="6A765DCF" w14:textId="77777777">
        <w:trPr>
          <w:jc w:val="center"/>
        </w:trPr>
        <w:tc>
          <w:tcPr>
            <w:tcW w:w="10426" w:type="dxa"/>
            <w:shd w:val="clear" w:color="auto" w:fill="E3061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CAF71A" w14:textId="77777777" w:rsidR="00AA1A02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C. INFORMÁCIE O REKLAMOVANOM TOVARE</w:t>
            </w:r>
          </w:p>
        </w:tc>
      </w:tr>
    </w:tbl>
    <w:p w14:paraId="59F9C555" w14:textId="77777777" w:rsidR="00AA1A02" w:rsidRDefault="00AA1A02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AA1A02" w14:paraId="2521D314" w14:textId="77777777">
        <w:trPr>
          <w:jc w:val="center"/>
        </w:trPr>
        <w:tc>
          <w:tcPr>
            <w:tcW w:w="5213" w:type="dxa"/>
            <w:tcBorders>
              <w:bottom w:val="single" w:sz="4" w:space="0" w:color="D9D9D9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E1446BD" w14:textId="7DF2D8C2" w:rsidR="00AA1A02" w:rsidRDefault="00000000">
            <w:r>
              <w:rPr>
                <w:b/>
                <w:sz w:val="18"/>
              </w:rPr>
              <w:t>Názov tovaru:</w:t>
            </w:r>
            <w:r>
              <w:br/>
            </w:r>
          </w:p>
        </w:tc>
        <w:tc>
          <w:tcPr>
            <w:tcW w:w="5213" w:type="dxa"/>
            <w:tcBorders>
              <w:bottom w:val="single" w:sz="4" w:space="0" w:color="D9D9D9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4AEA99F9" w14:textId="5A2975DD" w:rsidR="00AA1A02" w:rsidRDefault="00000000">
            <w:r>
              <w:rPr>
                <w:b/>
                <w:sz w:val="18"/>
              </w:rPr>
              <w:t>Číslo objednávky / faktúry:</w:t>
            </w:r>
            <w:r>
              <w:br/>
            </w:r>
          </w:p>
        </w:tc>
      </w:tr>
      <w:tr w:rsidR="00AA1A02" w14:paraId="0FA00D9E" w14:textId="77777777">
        <w:trPr>
          <w:jc w:val="center"/>
        </w:trPr>
        <w:tc>
          <w:tcPr>
            <w:tcW w:w="5213" w:type="dxa"/>
            <w:tcBorders>
              <w:bottom w:val="single" w:sz="4" w:space="0" w:color="D9D9D9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1DAB7624" w14:textId="68729877" w:rsidR="00AA1A02" w:rsidRDefault="00000000">
            <w:r>
              <w:rPr>
                <w:b/>
                <w:sz w:val="18"/>
              </w:rPr>
              <w:t>Dátum prevzatia / nákupu:</w:t>
            </w:r>
            <w:r>
              <w:br/>
            </w:r>
          </w:p>
        </w:tc>
        <w:tc>
          <w:tcPr>
            <w:tcW w:w="5213" w:type="dxa"/>
            <w:tcBorders>
              <w:bottom w:val="single" w:sz="4" w:space="0" w:color="D9D9D9"/>
            </w:tcBorders>
            <w:tcMar>
              <w:top w:w="55" w:type="dxa"/>
              <w:left w:w="80" w:type="dxa"/>
              <w:bottom w:w="55" w:type="dxa"/>
              <w:right w:w="80" w:type="dxa"/>
            </w:tcMar>
          </w:tcPr>
          <w:p w14:paraId="55E00EAE" w14:textId="039B7562" w:rsidR="00AA1A02" w:rsidRDefault="00000000">
            <w:r>
              <w:rPr>
                <w:b/>
                <w:sz w:val="18"/>
              </w:rPr>
              <w:t>Dátum zistenia vady:</w:t>
            </w:r>
            <w:r>
              <w:br/>
            </w:r>
          </w:p>
        </w:tc>
      </w:tr>
    </w:tbl>
    <w:p w14:paraId="0A37292A" w14:textId="77777777" w:rsidR="00AA1A02" w:rsidRDefault="00AA1A02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AA1A02" w14:paraId="176E9F72" w14:textId="77777777">
        <w:trPr>
          <w:jc w:val="center"/>
        </w:trPr>
        <w:tc>
          <w:tcPr>
            <w:tcW w:w="10426" w:type="dxa"/>
            <w:shd w:val="clear" w:color="auto" w:fill="E3061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32DDAB" w14:textId="77777777" w:rsidR="00AA1A02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D. OPIS VADY</w:t>
            </w:r>
          </w:p>
        </w:tc>
      </w:tr>
    </w:tbl>
    <w:p w14:paraId="09E7A658" w14:textId="77777777" w:rsidR="00AA1A02" w:rsidRDefault="00AA1A02">
      <w:pPr>
        <w:spacing w:after="20"/>
      </w:pPr>
    </w:p>
    <w:p w14:paraId="16E5395A" w14:textId="77777777" w:rsidR="00AA1A02" w:rsidRDefault="00000000">
      <w:pPr>
        <w:spacing w:after="40"/>
      </w:pPr>
      <w:r>
        <w:rPr>
          <w:b/>
          <w:sz w:val="18"/>
        </w:rPr>
        <w:t>Popíšte vadu alebo presne uveďte, ako sa vada pri používaní veci prejavuje:</w:t>
      </w:r>
    </w:p>
    <w:p w14:paraId="72D5F670" w14:textId="109A356E" w:rsidR="00AA1A02" w:rsidRDefault="00000000" w:rsidP="00C22057">
      <w:pPr>
        <w:spacing w:after="0" w:line="480" w:lineRule="auto"/>
      </w:pPr>
      <w:r>
        <w:rPr>
          <w:color w:val="666666"/>
          <w:sz w:val="18"/>
        </w:rPr>
        <w:t>________________________________________________________________________________</w:t>
      </w:r>
      <w:r w:rsidR="00C22057">
        <w:rPr>
          <w:color w:val="666666"/>
          <w:sz w:val="18"/>
        </w:rPr>
        <w:t>________________________</w:t>
      </w:r>
    </w:p>
    <w:p w14:paraId="155C2CD9" w14:textId="28AAB638" w:rsidR="00AA1A02" w:rsidRDefault="00000000" w:rsidP="00C22057">
      <w:pPr>
        <w:spacing w:after="0" w:line="480" w:lineRule="auto"/>
      </w:pPr>
      <w:r>
        <w:rPr>
          <w:color w:val="666666"/>
          <w:sz w:val="18"/>
        </w:rPr>
        <w:t>________________________________________________________________________________</w:t>
      </w:r>
      <w:r w:rsidR="00C22057">
        <w:rPr>
          <w:color w:val="666666"/>
          <w:sz w:val="18"/>
        </w:rPr>
        <w:t>________________________</w:t>
      </w:r>
    </w:p>
    <w:p w14:paraId="0C31502F" w14:textId="6DF96A6D" w:rsidR="00AA1A02" w:rsidRDefault="00000000" w:rsidP="00C22057">
      <w:pPr>
        <w:spacing w:after="0" w:line="480" w:lineRule="auto"/>
      </w:pPr>
      <w:r>
        <w:rPr>
          <w:color w:val="666666"/>
          <w:sz w:val="18"/>
        </w:rPr>
        <w:t>________________________________________________________________________________</w:t>
      </w:r>
      <w:r w:rsidR="00C22057">
        <w:rPr>
          <w:color w:val="666666"/>
          <w:sz w:val="18"/>
        </w:rPr>
        <w:t>________________________</w:t>
      </w:r>
    </w:p>
    <w:p w14:paraId="5ADDDC43" w14:textId="58FA7D31" w:rsidR="00AA1A02" w:rsidRDefault="00000000" w:rsidP="00C22057">
      <w:pPr>
        <w:spacing w:after="0" w:line="480" w:lineRule="auto"/>
      </w:pPr>
      <w:r>
        <w:rPr>
          <w:color w:val="666666"/>
          <w:sz w:val="18"/>
        </w:rPr>
        <w:t>________________________________________________________________________________</w:t>
      </w:r>
      <w:r w:rsidR="00C22057">
        <w:rPr>
          <w:color w:val="666666"/>
          <w:sz w:val="18"/>
        </w:rPr>
        <w:t>________________________</w:t>
      </w:r>
    </w:p>
    <w:p w14:paraId="20028493" w14:textId="4F285C8B" w:rsidR="00AA1A02" w:rsidRDefault="00000000" w:rsidP="00C22057">
      <w:pPr>
        <w:spacing w:before="60" w:after="40"/>
      </w:pPr>
      <w:r>
        <w:rPr>
          <w:b/>
          <w:sz w:val="18"/>
        </w:rPr>
        <w:t xml:space="preserve">Fotodokumentácia: </w:t>
      </w:r>
      <w:r>
        <w:rPr>
          <w:sz w:val="18"/>
        </w:rPr>
        <w:t xml:space="preserve">Ak je to možné, priložte fotografiu štítku </w:t>
      </w:r>
      <w:proofErr w:type="spellStart"/>
      <w:r>
        <w:rPr>
          <w:sz w:val="18"/>
        </w:rPr>
        <w:t>výrobku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reklamovanej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vady</w:t>
      </w:r>
      <w:proofErr w:type="spellEnd"/>
      <w:r>
        <w:rPr>
          <w:sz w:val="18"/>
        </w:rPr>
        <w:t>.</w:t>
      </w:r>
    </w:p>
    <w:p w14:paraId="1BA4C176" w14:textId="77777777" w:rsidR="00AA1A02" w:rsidRDefault="00000000">
      <w:pPr>
        <w:spacing w:after="40"/>
      </w:pPr>
      <w:r>
        <w:rPr>
          <w:noProof/>
        </w:rPr>
        <w:lastRenderedPageBreak/>
        <w:drawing>
          <wp:inline distT="0" distB="0" distL="0" distR="0" wp14:anchorId="759BD243" wp14:editId="75DE4BD9">
            <wp:extent cx="2808000" cy="4011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8000" cy="40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37"/>
      </w:tblGrid>
      <w:tr w:rsidR="00AA1A02" w14:paraId="44943EE6" w14:textId="77777777" w:rsidTr="00C22057">
        <w:trPr>
          <w:jc w:val="center"/>
        </w:trPr>
        <w:tc>
          <w:tcPr>
            <w:tcW w:w="10337" w:type="dxa"/>
            <w:shd w:val="clear" w:color="auto" w:fill="E3061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652047" w14:textId="77777777" w:rsidR="00AA1A02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E. POŽADOVANÝ SPÔSOB VYBAVENIA REKLAMÁCIE</w:t>
            </w:r>
          </w:p>
        </w:tc>
      </w:tr>
    </w:tbl>
    <w:p w14:paraId="063DE81B" w14:textId="77777777" w:rsidR="00AA1A02" w:rsidRDefault="00AA1A02">
      <w:pPr>
        <w:spacing w:after="20"/>
      </w:pPr>
    </w:p>
    <w:p w14:paraId="0FFE1287" w14:textId="77777777" w:rsidR="00AA1A02" w:rsidRDefault="00000000">
      <w:pPr>
        <w:spacing w:after="80"/>
      </w:pPr>
      <w:r>
        <w:rPr>
          <w:sz w:val="18"/>
        </w:rPr>
        <w:t>Označte požadovaný spôsob vybavenia. Jednotlivé práva sa uplatňujú za podmienok Občianskeho zákonníka.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AA1A02" w14:paraId="77B66670" w14:textId="77777777">
        <w:tc>
          <w:tcPr>
            <w:tcW w:w="10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3F3F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1979CB" w14:textId="77777777" w:rsidR="00AA1A02" w:rsidRDefault="00000000">
            <w:pPr>
              <w:spacing w:after="0"/>
            </w:pPr>
            <w:r>
              <w:rPr>
                <w:b/>
              </w:rPr>
              <w:t>☐  Oprava veci</w:t>
            </w:r>
          </w:p>
          <w:p w14:paraId="696235CA" w14:textId="77777777" w:rsidR="00AA1A02" w:rsidRDefault="00000000">
            <w:pPr>
              <w:spacing w:after="0"/>
            </w:pPr>
            <w:r>
              <w:rPr>
                <w:color w:val="555555"/>
                <w:sz w:val="17"/>
              </w:rPr>
              <w:t>Pri prvom odstránení vady opravou sa doba zodpovednosti za vady predlžuje o 12 mesiacov, ak sú splnené zákonné podmienky.</w:t>
            </w:r>
          </w:p>
        </w:tc>
      </w:tr>
    </w:tbl>
    <w:p w14:paraId="2B84D1A5" w14:textId="77777777" w:rsidR="00AA1A02" w:rsidRDefault="00AA1A02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AA1A02" w14:paraId="34A5856A" w14:textId="77777777">
        <w:tc>
          <w:tcPr>
            <w:tcW w:w="10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3F3F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6B83A1" w14:textId="77777777" w:rsidR="00AA1A02" w:rsidRDefault="00000000">
            <w:pPr>
              <w:spacing w:after="0"/>
            </w:pPr>
            <w:r>
              <w:rPr>
                <w:b/>
              </w:rPr>
              <w:t>☐  Výmena veci za novú vec bez vady</w:t>
            </w:r>
          </w:p>
        </w:tc>
      </w:tr>
    </w:tbl>
    <w:p w14:paraId="4CFC09C0" w14:textId="77777777" w:rsidR="00AA1A02" w:rsidRDefault="00AA1A02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AA1A02" w14:paraId="4F92FCAE" w14:textId="77777777">
        <w:tc>
          <w:tcPr>
            <w:tcW w:w="10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3F3F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0EE735" w14:textId="77777777" w:rsidR="00AA1A02" w:rsidRDefault="00000000">
            <w:pPr>
              <w:spacing w:after="0"/>
            </w:pPr>
            <w:r>
              <w:rPr>
                <w:b/>
              </w:rPr>
              <w:t>☐  Primeraná zľava z kúpnej ceny</w:t>
            </w:r>
          </w:p>
          <w:p w14:paraId="62C8E200" w14:textId="77777777" w:rsidR="00AA1A02" w:rsidRDefault="00000000">
            <w:pPr>
              <w:spacing w:after="0"/>
            </w:pPr>
            <w:r>
              <w:rPr>
                <w:color w:val="555555"/>
                <w:sz w:val="17"/>
              </w:rPr>
              <w:t>Toto právo možno uplatniť za podmienok § 624 Občianskeho zákonníka.</w:t>
            </w:r>
          </w:p>
        </w:tc>
      </w:tr>
    </w:tbl>
    <w:p w14:paraId="54F48184" w14:textId="77777777" w:rsidR="00AA1A02" w:rsidRDefault="00AA1A02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AA1A02" w14:paraId="53EC27C4" w14:textId="77777777">
        <w:tc>
          <w:tcPr>
            <w:tcW w:w="104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3F3F3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198AC8" w14:textId="77777777" w:rsidR="00AA1A02" w:rsidRDefault="00000000">
            <w:pPr>
              <w:spacing w:after="0"/>
            </w:pPr>
            <w:r>
              <w:rPr>
                <w:b/>
              </w:rPr>
              <w:t>☐  Odstúpenie od zmluvy / vrátenie peňazí</w:t>
            </w:r>
          </w:p>
          <w:p w14:paraId="45EDEEBA" w14:textId="77777777" w:rsidR="00AA1A02" w:rsidRDefault="00000000">
            <w:pPr>
              <w:spacing w:after="0"/>
            </w:pPr>
            <w:r>
              <w:rPr>
                <w:color w:val="555555"/>
                <w:sz w:val="17"/>
              </w:rPr>
              <w:t>Toto právo možno uplatniť za podmienok § 624 Občianskeho zákonníka; odstúpenie od zmluvy je vylúčené pri nevýznamnej vade.</w:t>
            </w:r>
          </w:p>
        </w:tc>
      </w:tr>
    </w:tbl>
    <w:p w14:paraId="25BE6E02" w14:textId="77777777" w:rsidR="00AA1A02" w:rsidRDefault="00AA1A02">
      <w:pPr>
        <w:spacing w:after="0"/>
      </w:pPr>
    </w:p>
    <w:p w14:paraId="158F1A78" w14:textId="77777777" w:rsidR="00AA1A02" w:rsidRDefault="00000000">
      <w:pPr>
        <w:spacing w:before="40" w:after="80"/>
      </w:pPr>
      <w:r>
        <w:rPr>
          <w:b/>
          <w:sz w:val="18"/>
        </w:rPr>
        <w:t xml:space="preserve">Číslo účtu pre prípad vrátenia peňazí: </w:t>
      </w:r>
      <w:r>
        <w:rPr>
          <w:sz w:val="18"/>
        </w:rPr>
        <w:t>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26"/>
      </w:tblGrid>
      <w:tr w:rsidR="00AA1A02" w14:paraId="00C472C9" w14:textId="77777777">
        <w:trPr>
          <w:jc w:val="center"/>
        </w:trPr>
        <w:tc>
          <w:tcPr>
            <w:tcW w:w="10426" w:type="dxa"/>
            <w:shd w:val="clear" w:color="auto" w:fill="E30613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DF73BF8" w14:textId="77777777" w:rsidR="00AA1A02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F. POTVRDENIE O UPLATNENÍ REKLAMÁCIE</w:t>
            </w:r>
          </w:p>
        </w:tc>
      </w:tr>
    </w:tbl>
    <w:p w14:paraId="0B744CC2" w14:textId="77777777" w:rsidR="00AA1A02" w:rsidRDefault="00AA1A02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13"/>
        <w:gridCol w:w="5213"/>
      </w:tblGrid>
      <w:tr w:rsidR="00AA1A02" w14:paraId="7CCBDA3A" w14:textId="77777777">
        <w:trPr>
          <w:jc w:val="center"/>
        </w:trPr>
        <w:tc>
          <w:tcPr>
            <w:tcW w:w="521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B169C0" w14:textId="0F4FEF2A" w:rsidR="00AA1A02" w:rsidRDefault="00000000">
            <w:r>
              <w:rPr>
                <w:b/>
                <w:sz w:val="18"/>
              </w:rPr>
              <w:t>Dátum uplatnenia / prijatia reklamácie:</w:t>
            </w:r>
            <w:r>
              <w:br/>
            </w:r>
          </w:p>
        </w:tc>
        <w:tc>
          <w:tcPr>
            <w:tcW w:w="521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329D5D" w14:textId="63665290" w:rsidR="00AA1A02" w:rsidRDefault="00000000">
            <w:r>
              <w:rPr>
                <w:b/>
                <w:sz w:val="18"/>
              </w:rPr>
              <w:t>Meno pracovníka, ktorý reklamáciu prevzal:</w:t>
            </w:r>
            <w:r>
              <w:br/>
            </w:r>
          </w:p>
        </w:tc>
      </w:tr>
      <w:tr w:rsidR="00AA1A02" w14:paraId="627A5A40" w14:textId="77777777">
        <w:trPr>
          <w:jc w:val="center"/>
        </w:trPr>
        <w:tc>
          <w:tcPr>
            <w:tcW w:w="521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7FD8B5" w14:textId="0896E13F" w:rsidR="00AA1A02" w:rsidRDefault="00000000">
            <w:r>
              <w:rPr>
                <w:b/>
                <w:sz w:val="18"/>
              </w:rPr>
              <w:t>Podpis zákazníka:</w:t>
            </w:r>
            <w:r>
              <w:br/>
            </w:r>
          </w:p>
        </w:tc>
        <w:tc>
          <w:tcPr>
            <w:tcW w:w="521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A97856" w14:textId="2DA30E3F" w:rsidR="00AA1A02" w:rsidRDefault="00000000">
            <w:r>
              <w:rPr>
                <w:b/>
                <w:sz w:val="18"/>
              </w:rPr>
              <w:t>Podpis pracovníka:</w:t>
            </w:r>
            <w:r>
              <w:br/>
            </w:r>
          </w:p>
        </w:tc>
      </w:tr>
      <w:tr w:rsidR="00AA1A02" w14:paraId="54E9EB00" w14:textId="77777777">
        <w:trPr>
          <w:jc w:val="center"/>
        </w:trPr>
        <w:tc>
          <w:tcPr>
            <w:tcW w:w="521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E52F61" w14:textId="1F4BF033" w:rsidR="00AA1A02" w:rsidRDefault="00000000">
            <w:r>
              <w:rPr>
                <w:b/>
                <w:sz w:val="18"/>
              </w:rPr>
              <w:t>Lehota na odstránenie vady:</w:t>
            </w:r>
            <w:r>
              <w:br/>
            </w:r>
          </w:p>
        </w:tc>
        <w:tc>
          <w:tcPr>
            <w:tcW w:w="5213" w:type="dxa"/>
            <w:tcBorders>
              <w:bottom w:val="single" w:sz="4" w:space="0" w:color="D9D9D9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5765D2" w14:textId="3F4AA4DA" w:rsidR="00AA1A02" w:rsidRDefault="00AA1A02"/>
        </w:tc>
      </w:tr>
    </w:tbl>
    <w:p w14:paraId="2CE9444E" w14:textId="77777777" w:rsidR="00AA1A02" w:rsidRDefault="00AA1A02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6"/>
      </w:tblGrid>
      <w:tr w:rsidR="00AA1A02" w14:paraId="354374BC" w14:textId="77777777">
        <w:tc>
          <w:tcPr>
            <w:tcW w:w="10426" w:type="dxa"/>
            <w:tcBorders>
              <w:top w:val="single" w:sz="5" w:space="0" w:color="E30613"/>
              <w:left w:val="single" w:sz="5" w:space="0" w:color="E30613"/>
              <w:bottom w:val="single" w:sz="5" w:space="0" w:color="E30613"/>
              <w:right w:val="single" w:sz="5" w:space="0" w:color="E30613"/>
            </w:tcBorders>
            <w:shd w:val="clear" w:color="auto" w:fill="FAFA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BEE2DFE" w14:textId="77777777" w:rsidR="00AA1A02" w:rsidRDefault="00000000">
            <w:pPr>
              <w:spacing w:after="60"/>
            </w:pPr>
            <w:r>
              <w:rPr>
                <w:b/>
                <w:color w:val="E30613"/>
              </w:rPr>
              <w:t>Dôležité informácie</w:t>
            </w:r>
          </w:p>
          <w:p w14:paraId="4B6731F4" w14:textId="77777777" w:rsidR="00AA1A02" w:rsidRDefault="00000000">
            <w:pPr>
              <w:spacing w:after="40"/>
            </w:pPr>
            <w:r>
              <w:rPr>
                <w:sz w:val="17"/>
              </w:rPr>
              <w:t>Predávajúci poskytne kupujúcemu písomné potvrdenie o vytknutí vady bezodkladne po jej vytknutí. V potvrdení uvedie lehotu, v ktorej vadu odstráni. Táto lehota nesmie byť dlhšia ako 30 dní odo dňa vytknutia vady, ak dlhšia lehota nie je odôvodnená objektívnym dôvodom, ktorý predávajúci nemôže ovplyvniť.</w:t>
            </w:r>
          </w:p>
          <w:p w14:paraId="50F43ED2" w14:textId="77777777" w:rsidR="00AA1A02" w:rsidRDefault="00000000">
            <w:pPr>
              <w:spacing w:after="40"/>
            </w:pPr>
            <w:r>
              <w:rPr>
                <w:sz w:val="17"/>
              </w:rPr>
              <w:t>Reklamáciu nemožno podmieňovať použitím tohto formulára ani predložením fotodokumentácie.</w:t>
            </w:r>
          </w:p>
          <w:p w14:paraId="451AEEAE" w14:textId="77777777" w:rsidR="00AA1A02" w:rsidRDefault="00000000">
            <w:pPr>
              <w:spacing w:after="0"/>
            </w:pPr>
            <w:r>
              <w:rPr>
                <w:sz w:val="17"/>
              </w:rPr>
              <w:t>Formulár sa vyhotovuje v dvoch rovnopisoch; jedno vyhotovenie dostane zákazník.</w:t>
            </w:r>
          </w:p>
        </w:tc>
      </w:tr>
    </w:tbl>
    <w:p w14:paraId="77E21CDF" w14:textId="77777777" w:rsidR="005E23D8" w:rsidRDefault="005E23D8"/>
    <w:sectPr w:rsidR="005E23D8" w:rsidSect="00034616">
      <w:footerReference w:type="default" r:id="rId9"/>
      <w:pgSz w:w="12240" w:h="15840"/>
      <w:pgMar w:top="680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BFFE2" w14:textId="77777777" w:rsidR="005E23D8" w:rsidRDefault="005E23D8">
      <w:pPr>
        <w:spacing w:after="0" w:line="240" w:lineRule="auto"/>
      </w:pPr>
      <w:r>
        <w:separator/>
      </w:r>
    </w:p>
  </w:endnote>
  <w:endnote w:type="continuationSeparator" w:id="0">
    <w:p w14:paraId="542A91B4" w14:textId="77777777" w:rsidR="005E23D8" w:rsidRDefault="005E2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FF356" w14:textId="77777777" w:rsidR="00AA1A02" w:rsidRDefault="00000000">
    <w:pPr>
      <w:pStyle w:val="Pta"/>
      <w:spacing w:before="40"/>
      <w:jc w:val="center"/>
    </w:pPr>
    <w:r>
      <w:rPr>
        <w:noProof/>
      </w:rPr>
      <w:drawing>
        <wp:inline distT="0" distB="0" distL="0" distR="0" wp14:anchorId="0CD81899" wp14:editId="59345370">
          <wp:extent cx="6300000" cy="735948"/>
          <wp:effectExtent l="0" t="0" r="0" b="0"/>
          <wp:docPr id="2671828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000" cy="735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B566" w14:textId="77777777" w:rsidR="005E23D8" w:rsidRDefault="005E23D8">
      <w:pPr>
        <w:spacing w:after="0" w:line="240" w:lineRule="auto"/>
      </w:pPr>
      <w:r>
        <w:separator/>
      </w:r>
    </w:p>
  </w:footnote>
  <w:footnote w:type="continuationSeparator" w:id="0">
    <w:p w14:paraId="1B3029F5" w14:textId="77777777" w:rsidR="005E23D8" w:rsidRDefault="005E2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8635088">
    <w:abstractNumId w:val="8"/>
  </w:num>
  <w:num w:numId="2" w16cid:durableId="730813578">
    <w:abstractNumId w:val="6"/>
  </w:num>
  <w:num w:numId="3" w16cid:durableId="677270262">
    <w:abstractNumId w:val="5"/>
  </w:num>
  <w:num w:numId="4" w16cid:durableId="250092731">
    <w:abstractNumId w:val="4"/>
  </w:num>
  <w:num w:numId="5" w16cid:durableId="881291023">
    <w:abstractNumId w:val="7"/>
  </w:num>
  <w:num w:numId="6" w16cid:durableId="605500139">
    <w:abstractNumId w:val="3"/>
  </w:num>
  <w:num w:numId="7" w16cid:durableId="719672857">
    <w:abstractNumId w:val="2"/>
  </w:num>
  <w:num w:numId="8" w16cid:durableId="1890602732">
    <w:abstractNumId w:val="1"/>
  </w:num>
  <w:num w:numId="9" w16cid:durableId="406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E23D8"/>
    <w:rsid w:val="008E7A17"/>
    <w:rsid w:val="00AA1A02"/>
    <w:rsid w:val="00AA1D8D"/>
    <w:rsid w:val="00B47730"/>
    <w:rsid w:val="00C2205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E86D9"/>
  <w14:defaultImageDpi w14:val="300"/>
  <w15:docId w15:val="{BD161AAD-62D4-EA42-9D5B-FF2EFB83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2133</Characters>
  <Application>Microsoft Office Word</Application>
  <DocSecurity>0</DocSecurity>
  <Lines>45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Lívia Lacková</cp:lastModifiedBy>
  <cp:revision>2</cp:revision>
  <dcterms:created xsi:type="dcterms:W3CDTF">2013-12-23T23:15:00Z</dcterms:created>
  <dcterms:modified xsi:type="dcterms:W3CDTF">2026-08-26T11:20:00Z</dcterms:modified>
  <cp:category/>
</cp:coreProperties>
</file>